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סר פטריק ספנס</w:t>
      </w:r>
    </w:p>
    <w:p>
      <w:pPr>
        <w:bidi/>
        <w:jc w:val="right"/>
      </w:pPr>
      <w:r>
        <w:rPr>
          <w:rFonts w:ascii="Arial" w:hAnsi="Arial" w:cs="Arial"/>
          <w:b w:val="0"/>
          <w:color w:val="555555"/>
          <w:rtl/>
        </w:rPr>
        <w:t>בלדה סקוטית עממית · בלדה עממית · בלדות ורומנסות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(יין) · 2–ב (צחק) · 3–ב (בטביעה ובהמתנה לשווא) · 4–א (ספן) · 5–א (מכתב)</w:t>
      </w:r>
    </w:p>
    <w:p>
      <w:pPr>
        <w:bidi/>
        <w:spacing w:after="60"/>
        <w:jc w:val="right"/>
      </w:pPr>
      <w:r>
        <w:rPr>
          <w:rFonts w:ascii="Arial" w:hAnsi="Arial" w:cs="Arial"/>
          <w:b w:val="0"/>
          <w:rtl/>
        </w:rPr>
        <w:t>תרגיל 2: 1–לא נכון (הגבירות על החוף – מחכות ומתגעגעות) · 2–נכון · 3–לא נכון (המלך – נינוח וקל דעת) · 4–נכון</w:t>
      </w:r>
    </w:p>
    <w:p>
      <w:pPr>
        <w:bidi/>
        <w:spacing w:after="60"/>
        <w:jc w:val="right"/>
      </w:pPr>
      <w:r>
        <w:rPr>
          <w:rFonts w:ascii="Arial" w:hAnsi="Arial" w:cs="Arial"/>
          <w:b w:val="0"/>
          <w:rtl/>
        </w:rPr>
        <w:t>תרגיל 3: 1) אביר זקן שישב לימין המלך. | 2) בשורה הראשונה צחק, בשנייה בכה, ושאל מי עשה לו את הרעה ושלח אותו לים בעונה מסוכנת. | 3) את הירח החדש עם הירח הישן "בזרועו".</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2–ב · 3–ד · 4–א</w:t>
      </w:r>
    </w:p>
    <w:p>
      <w:pPr>
        <w:bidi/>
        <w:spacing w:after="60"/>
        <w:jc w:val="right"/>
      </w:pPr>
      <w:r>
        <w:rPr>
          <w:rFonts w:ascii="Arial" w:hAnsi="Arial" w:cs="Arial"/>
          <w:b w:val="0"/>
          <w:rtl/>
        </w:rPr>
        <w:t>תרגיל 5: 1–ניגוד · 2–סמל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הניגוד מראה את חוסר ההוגנות: המלך בטוח ונינוח ומחליט, והספן מסכן את חייו. הבלדה מבקרת בשקט את השליט שאינו מבין את מחיר פקודותיו.</w:t>
      </w:r>
    </w:p>
    <w:p>
      <w:pPr>
        <w:bidi/>
        <w:spacing w:after="60"/>
        <w:jc w:val="right"/>
      </w:pPr>
      <w:r>
        <w:rPr>
          <w:rFonts w:ascii="Arial" w:hAnsi="Arial" w:cs="Arial"/>
          <w:b w:val="0"/>
          <w:rtl/>
        </w:rPr>
        <w:t>תרגיל 7: זו דרך עקיפה ועוצמתית לתאר את הטביעה בלי לתאר אותה: כל מה שנשאר מהאדונים הגאים הם הכובעים. יש בזה גם אירוניה – הם לא רצו להרטיב את רגליהם.</w:t>
      </w:r>
    </w:p>
    <w:p>
      <w:pPr>
        <w:bidi/>
        <w:spacing w:after="60"/>
        <w:jc w:val="right"/>
      </w:pPr>
      <w:r>
        <w:rPr>
          <w:rFonts w:ascii="Arial" w:hAnsi="Arial" w:cs="Arial"/>
          <w:b w:val="0"/>
          <w:rtl/>
        </w:rPr>
        <w:t>תרגיל 8: תשובה פתוחה: נאמנות ואומץ מול אחריות לחיי המלחים. חשוב לנמק ולהתחשב בעולם של אותה תקופה.</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מתי נכון לומר "לא" גם למי שיש לו סמכות?</w:t>
      </w:r>
    </w:p>
    <w:p>
      <w:pPr>
        <w:bidi/>
        <w:jc w:val="right"/>
      </w:pPr>
      <w:r>
        <w:rPr>
          <w:rFonts w:ascii="Arial" w:hAnsi="Arial" w:cs="Arial"/>
          <w:b w:val="0"/>
          <w:rtl/>
        </w:rPr>
        <w:t>• קשרו למצבים יומיומיים ובטוחים: לחץ חברתי, בקשה לא הוגנת, ושמרו על דיון מכבד.</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סר פטריק ספנס</w:t>
      </w:r>
    </w:p>
    <w:p>
      <w:pPr>
        <w:bidi/>
        <w:jc w:val="right"/>
      </w:pPr>
      <w:r>
        <w:rPr>
          <w:rFonts w:ascii="Arial" w:hAnsi="Arial" w:cs="Arial"/>
          <w:b w:val="0"/>
          <w:color w:val="555555"/>
          <w:rtl/>
        </w:rPr>
        <w:t>בלדה סקוטית עממית · בלדה עממית · בלדות ורומנסות</w:t>
      </w:r>
    </w:p>
    <w:p>
      <w:pPr>
        <w:bidi/>
        <w:jc w:val="right"/>
      </w:pPr>
      <w:r>
        <w:rPr>
          <w:rFonts w:ascii="Arial" w:hAnsi="Arial" w:cs="Arial"/>
          <w:b w:val="0"/>
          <w:rtl/>
        </w:rPr>
        <w:t>תזכורת קצרה: המלך יושב ושותה יין ושואל מי יוביל את ספינתו. אביר זקן ממליץ על סר פטריק ספנס, הספן הטוב ביותר. המלך שולח לו מכתב, וסר פטריק צוחק בהתחלה ואחר כך בוכה: מי עשה לו את הרעה הזאת ושלח אותו לים בעונה הכי קשה? המלחים מזהירים מפני סימני סערה, אבל הם מפליגים. הסערה מטביעה את הספינה, ומהשרים האצילים נשארים רק כובעים שצפים על המים. הנשים מחכות על החוף לשווא, וסר פטריק שוכב במצולות, ולרגליו האדונים הסקוטים.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שתה המלך?</w:t>
      </w:r>
    </w:p>
    <w:p>
      <w:pPr>
        <w:bidi/>
        <w:spacing w:after="120"/>
        <w:jc w:val="right"/>
      </w:pPr>
      <w:r>
        <w:rPr>
          <w:rFonts w:ascii="Arial" w:hAnsi="Arial" w:cs="Arial"/>
          <w:b w:val="0"/>
          <w:rtl/>
        </w:rPr>
        <w:t xml:space="preserve">     א. מים     ב. יין     ג. תה     ד. חלב</w:t>
      </w:r>
    </w:p>
    <w:p>
      <w:pPr>
        <w:bidi/>
        <w:jc w:val="right"/>
      </w:pPr>
      <w:r>
        <w:rPr>
          <w:rFonts w:ascii="Arial" w:hAnsi="Arial" w:cs="Arial"/>
          <w:b w:val="0"/>
          <w:rtl/>
        </w:rPr>
        <w:t>2) מה עשה סר פטריק כשקרא את השורה הראשונה?</w:t>
      </w:r>
    </w:p>
    <w:p>
      <w:pPr>
        <w:bidi/>
        <w:spacing w:after="120"/>
        <w:jc w:val="right"/>
      </w:pPr>
      <w:r>
        <w:rPr>
          <w:rFonts w:ascii="Arial" w:hAnsi="Arial" w:cs="Arial"/>
          <w:b w:val="0"/>
          <w:rtl/>
        </w:rPr>
        <w:t xml:space="preserve">     א. בכה     ב. צחק     ג. כעס     ד. ברח</w:t>
      </w:r>
    </w:p>
    <w:p>
      <w:pPr>
        <w:bidi/>
        <w:jc w:val="right"/>
      </w:pPr>
      <w:r>
        <w:rPr>
          <w:rFonts w:ascii="Arial" w:hAnsi="Arial" w:cs="Arial"/>
          <w:b w:val="0"/>
          <w:rtl/>
        </w:rPr>
        <w:t>3) איך מסתיימת הבלדה?</w:t>
      </w:r>
    </w:p>
    <w:p>
      <w:pPr>
        <w:bidi/>
        <w:spacing w:after="120"/>
        <w:jc w:val="right"/>
      </w:pPr>
      <w:r>
        <w:rPr>
          <w:rFonts w:ascii="Arial" w:hAnsi="Arial" w:cs="Arial"/>
          <w:b w:val="0"/>
          <w:rtl/>
        </w:rPr>
        <w:t xml:space="preserve">     א. בחתונה     ב. בטביעה ובהמתנה לשווא     ג. בניצחון     ד. בחזרה הביתה</w:t>
      </w:r>
    </w:p>
    <w:p>
      <w:pPr>
        <w:bidi/>
        <w:jc w:val="right"/>
      </w:pPr>
      <w:r>
        <w:rPr>
          <w:rFonts w:ascii="Arial" w:hAnsi="Arial" w:cs="Arial"/>
          <w:b w:val="0"/>
          <w:rtl/>
        </w:rPr>
        <w:t>4) מה היה התפקיד של סר פטריק?</w:t>
      </w:r>
    </w:p>
    <w:p>
      <w:pPr>
        <w:bidi/>
        <w:spacing w:after="120"/>
        <w:jc w:val="right"/>
      </w:pPr>
      <w:r>
        <w:rPr>
          <w:rFonts w:ascii="Arial" w:hAnsi="Arial" w:cs="Arial"/>
          <w:b w:val="0"/>
          <w:rtl/>
        </w:rPr>
        <w:t xml:space="preserve">     א. ספן     ב. טבח     ג. מלך</w:t>
      </w:r>
    </w:p>
    <w:p>
      <w:pPr>
        <w:bidi/>
        <w:jc w:val="right"/>
      </w:pPr>
      <w:r>
        <w:rPr>
          <w:rFonts w:ascii="Arial" w:hAnsi="Arial" w:cs="Arial"/>
          <w:b w:val="0"/>
          <w:rtl/>
        </w:rPr>
        <w:t>5) מה שלח המלך?</w:t>
      </w:r>
    </w:p>
    <w:p>
      <w:pPr>
        <w:bidi/>
        <w:spacing w:after="120"/>
        <w:jc w:val="right"/>
      </w:pPr>
      <w:r>
        <w:rPr>
          <w:rFonts w:ascii="Arial" w:hAnsi="Arial" w:cs="Arial"/>
          <w:b w:val="0"/>
          <w:rtl/>
        </w:rPr>
        <w:t xml:space="preserve">     א. מכתב     ב. מתנה     ג. סוס</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הגבירות על החוף – נאמן ואמיץ</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האביר הזקן – יועץ מסוכן</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המלך – יועץ מסוכן</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סר פטריק ספנס – נאמן ואמיץ</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מי המליץ למלך על סר פטריק ספנס?</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איך הגיב סר פטריק כשקרא את המכתב?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איזה סימן לסערה ראה המלח?</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מאפייני בלדה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החזרה על הנשים שמחכות "זמן רב" מעצימה את העצב שבסוף.</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המלך והיין בחצר מול הסערה בים; האדונים המהודרים מול הכובעים הצפים.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קפיצות בין תמונות, פערים (מי זמם?), סוף טרגי ובתים קצרים ומוזיקליים.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הירח החדש עם הישן בזרועו – סימן מבשר רעה; הכובעים – כל מה שנשאר מהגאווה.</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סמל   |   שיא   |   ניגוד</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מסמל ההבדל בין המלך ששותה יין בחצר לבין סר פטריק שנשלח לים?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משמעות התמונה של הכובעים הצפים?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סר פטריק היה צריך לסרב לפקודה?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המכתב שהמלך שלח לסר פטריק – או את התשובה שסר פטריק היה רוצה לכתוב, אילו העז.</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סר פטריק ספנס · שם: ______________</w:t>
      </w:r>
    </w:p>
    <w:p>
      <w:pPr>
        <w:bidi/>
        <w:jc w:val="right"/>
      </w:pPr>
      <w:r>
        <w:rPr>
          <w:rFonts w:ascii="Arial" w:hAnsi="Arial" w:cs="Arial"/>
          <w:b w:val="0"/>
          <w:rtl/>
        </w:rPr>
        <w:t>1) כתבו שני מאפיינים של בלדה ודוגמה לכל אחד מהבלדות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פער בבלדה של היום הייתם רוצים "למלא" ואיך?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ההבדל בין בלדה עממית לבלדה ספרותית?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