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סר פטריק ספנס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(יין) · 2–ג (צחק) · 3–ג (בטביעה ובהמתנה לשווא)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המלך צריך ספן טוב. סר פטריק הוא הספן הכי טוב. המלך שולח מכתב. יש סערה בים. הספינה טובעת. | 2) תשובה קצרה לפי הסיכום: המלך צריך ספן טוב. סר פטריק הוא הספן הכי טוב. המלך שולח מכתב. יש סערה בים. הספינה טובעת.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1–ו · 2–ה · 3–ב · 4–ד · 5–א · 6–ג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2–ב · 3–ד · 4–ג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סר פטריק ספנס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המלך צריך ספן טוב. סר פטריק הוא הספן הכי טוב. המלך שולח מכתב. יש סערה בים. הספינה טובעת.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ספן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שמוביל ספינה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מלח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ספינה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סירה גדולה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אונייה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סערה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רוח חזקה וגשם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סופה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לטבוע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לרדת לתוך המים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פקודה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שמנהיג אומר לעשות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הוראה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לחכות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להישאר עד שמישהו בא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להמתין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שתה המלך?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תה     ב. יין     ג. מים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עשה סר פטריק כשקרא את השורה הראשונה?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בכה     ב. כעס     ג. צחק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איך מסתיימת הבלדה?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בניצחון     ב. בחתונה     ג. בטביעה ובהמתנה לשווא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סר פטריק בכה?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חיכה על החוף?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שמנהיג אומר לעשות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ספינה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רוח חזקה וגשם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סערה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להישאר עד שמישהו בא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לטבוע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לרדת לתוך המים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פקודה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סירה גדולה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לחכות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שמוביל ספינה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סר פטריק ספנס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נאמן ואמיץ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נינוח וקל דעת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האביר הזקן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מחכות ומתגעגעות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הגבירות על החוף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יועץ מסוכן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מתי נכון לומר "לא" גם למי שיש לו סמכות?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סר פטריק ספנס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