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/>
        <w:jc w:val="right"/>
      </w:pPr>
      <w:r>
        <w:rPr>
          <w:rFonts w:ascii="Arial" w:hAnsi="Arial" w:cs="Arial"/>
          <w:b/>
          <w:bCs/>
          <w:color w:val="B45309"/>
          <w:sz w:val="18"/>
          <w:szCs w:val="18"/>
          <w:rtl/>
        </w:rPr>
        <w:t>מהדורה למורה · חנ״מ · יצרה: רוית ראש בן ישי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מהדורה למורה – סר פטריק ספנס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 · גרסת חנ״מ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במהדורה זו: מפתח תשובות לכל התרגילים, הצעות לתשובות פתוחות ומחוון קצר.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א׳ – הבנה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1: 1–א (ספן) · 2–א (מכתב) · 3–א (טבעה בסערה) · 4–ג (כובעים)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2: 1–נכון · 2–לא נכון (המלך – נינוח וקל דעת) · 3–נכון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ב׳ – התאמה והשלמה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3: 1–א · 2–ב · 3–ד · 4–ג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4: 1–ניגוד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תשובות – חלק ג׳ – כותבים קצת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5: 1) אביר זקן שישב לימין המלך.</w:t>
      </w:r>
    </w:p>
    <w:p>
      <w:pPr>
        <w:bidi/>
        <w:spacing w:after="60"/>
        <w:jc w:val="right"/>
      </w:pPr>
      <w:r>
        <w:rPr>
          <w:rFonts w:ascii="Arial" w:hAnsi="Arial" w:cs="Arial"/>
          <w:b w:val="0"/>
          <w:rtl/>
        </w:rPr>
        <w:t>תרגיל 6: תשובה אישית: 2–3 משפטים, עם סיבה אחת (כי…).</w:t>
      </w:r>
    </w:p>
    <w:p>
      <w:pPr>
        <w:bidi/>
        <w:pStyle w:val="Heading3"/>
        <w:jc w:val="right"/>
      </w:pPr>
      <w:r>
        <w:rPr>
          <w:rFonts w:ascii="Arial" w:hAnsi="Arial" w:cs="Arial"/>
          <w:b/>
          <w:bCs/>
          <w:color w:val="5B2A86"/>
          <w:sz w:val="35"/>
          <w:szCs w:val="35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תשובות אישיות. תשובה מלאה: עונה על השאלה, נשענת על פרט מן היצירה, כתובה במשפטים שלמים ובסדר הגיוני.</w:t>
      </w:r>
    </w:p>
    <w:p>
      <w:r>
        <w:br w:type="page"/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sz w:val="18"/>
          <w:szCs w:val="18"/>
          <w:rtl/>
        </w:rPr>
        <w:t>דף תרגול · ספרות לכיתה ז׳ – מסע ביצירות · חנ״מ</w:t>
      </w:r>
    </w:p>
    <w:p>
      <w:pPr>
        <w:bidi/>
        <w:jc w:val="right"/>
      </w:pPr>
      <w:r>
        <w:rPr>
          <w:rFonts w:ascii="Arial" w:hAnsi="Arial" w:cs="Arial"/>
          <w:b/>
          <w:bCs/>
          <w:rtl/>
        </w:rPr>
        <w:t>שם: ____________________     כיתה: ________     תאריך: ____________</w:t>
      </w:r>
    </w:p>
    <w:p>
      <w:pPr>
        <w:bidi/>
        <w:pStyle w:val="Heading1"/>
        <w:jc w:val="right"/>
      </w:pPr>
      <w:r>
        <w:rPr>
          <w:rFonts w:ascii="Arial" w:hAnsi="Arial" w:cs="Arial"/>
          <w:b/>
          <w:bCs/>
          <w:color w:val="5B2A86"/>
          <w:sz w:val="48"/>
          <w:szCs w:val="48"/>
          <w:rtl/>
        </w:rPr>
        <w:t>סר פטריק ספנס</w:t>
      </w:r>
    </w:p>
    <w:p>
      <w:pPr>
        <w:bidi/>
        <w:jc w:val="right"/>
      </w:pPr>
      <w:r>
        <w:rPr>
          <w:rFonts w:ascii="Arial" w:hAnsi="Arial" w:cs="Arial"/>
          <w:b w:val="0"/>
          <w:color w:val="555555"/>
          <w:rtl/>
        </w:rPr>
        <w:t>בלדה סקוטית עממית · בלדה עממית · בלדות ורומנסות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תזכורת קצרה: המלך שלח ספן טוב לים. היה מזג אוויר מסוכן. הספינה טבעה, והנשים חיכו לשווא.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א׳ – הבנה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1. הקיפו את התשובה הנכונה. (יש 3 אפשרויות)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מה היה התפקיד של סר פטריק?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ספן     ב. מלך     ג. טבח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מה שלח המלך?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מכתב     ב. מתנה     ג. סוס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3) מה קרה לספינה?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טבעה בסערה     ב. הגיעה בשלום     ג. נעלמה ביער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4) מה נשאר על המים?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 xml:space="preserve">     א. דגים     ב. פרחים     ג. כובעים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2. דמות – תכונה: סמנו נכון או לא נכון.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3439"/>
        <w:gridCol w:w="3439"/>
        <w:gridCol w:w="3439"/>
      </w:tblGrid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 – תכונה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 פטריק ספנס – נאמן ואמיץ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המלך – יועץ מסוכן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  <w:tr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האביר הזקן – יועץ מסוכן</w:t>
            </w:r>
          </w:p>
        </w:tc>
        <w:tc>
          <w:tcPr>
            <w:tcW w:type="dxa" w:w="3439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נכון / לא נכון</w:t>
            </w:r>
          </w:p>
        </w:tc>
      </w:tr>
    </w:tbl>
    <w:p>
      <w:pPr>
        <w:bidi/>
        <w:spacing w:after="40"/>
        <w:jc w:val="right"/>
      </w:pP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ב׳ – התאמה והשלמה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3. חברו בקו: דמות ← תכונה.</w:t>
      </w:r>
    </w:p>
    <w:tbl>
      <w:tblPr>
        <w:tblStyle w:val="TableGrid"/>
        <w:tblW w:type="auto" w:w="0"/>
        <w:tblLook w:firstColumn="1" w:firstRow="1" w:lastColumn="0" w:lastRow="0" w:noHBand="0" w:noVBand="1" w:val="04A0"/>
        <w:bidiVisual/>
      </w:tblPr>
      <w:tblGrid>
        <w:gridCol w:w="2064"/>
        <w:gridCol w:w="2064"/>
        <w:gridCol w:w="2064"/>
        <w:gridCol w:w="2064"/>
        <w:gridCol w:w="2064"/>
      </w:tblGrid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#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דמות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האות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/>
                <w:bCs/>
                <w:rtl/>
              </w:rPr>
              <w:t>תכונה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1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סר פטריק ספנס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א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נאמן ואמיץ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2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המלך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ב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נינוח וקל דעת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3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האביר הזקן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ג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מחכות ומתגעגעות</w:t>
            </w:r>
          </w:p>
        </w:tc>
      </w:tr>
      <w:tr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4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הגבירות על החוף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ד</w:t>
            </w:r>
          </w:p>
        </w:tc>
        <w:tc>
          <w:tcPr>
            <w:tcW w:type="dxa" w:w="2064"/>
          </w:tcPr>
          <w:p>
            <w:pPr>
              <w:bidi/>
              <w:jc w:val="right"/>
            </w:pPr>
            <w:r>
              <w:rPr>
                <w:rFonts w:ascii="Arial" w:hAnsi="Arial" w:cs="Arial"/>
                <w:b w:val="0"/>
                <w:rtl/>
              </w:rPr>
              <w:t>יועץ מסוכן</w:t>
            </w:r>
          </w:p>
        </w:tc>
      </w:tr>
    </w:tbl>
    <w:p>
      <w:pPr>
        <w:bidi/>
        <w:spacing w:after="40"/>
        <w:jc w:val="right"/>
      </w:pP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4. השלימו מתוך מחסן המילים.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מחסן מילים:  ניגוד   |   דיאלוג</w:t>
      </w:r>
    </w:p>
    <w:p>
      <w:pPr>
        <w:bidi/>
        <w:spacing w:after="120"/>
        <w:jc w:val="right"/>
      </w:pPr>
      <w:r>
        <w:rPr>
          <w:rFonts w:ascii="Arial" w:hAnsi="Arial" w:cs="Arial"/>
          <w:b w:val="0"/>
          <w:rtl/>
        </w:rPr>
        <w:t>1) ______ – העמדה זה מול זה של דברים הפוכים כדי להבליט אותם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חלק ג׳ – כותבים קצת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5. ענו במשפט אחד.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מי המליץ למלך על סר פטריק ספנס?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/>
          <w:bCs/>
          <w:color w:val="0F6E74"/>
          <w:rtl/>
        </w:rPr>
        <w:t>6. כתבו 2–3 משפטים. אפשר להיעזר בפתיחים: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מתי נכון לומר "לא" גם למי שיש לו סמכות?</w:t>
      </w:r>
    </w:p>
    <w:p>
      <w:pPr>
        <w:bidi/>
        <w:jc w:val="right"/>
      </w:pPr>
      <w:r>
        <w:rPr>
          <w:rFonts w:ascii="Arial" w:hAnsi="Arial" w:cs="Arial"/>
          <w:b w:val="0"/>
          <w:color w:val="0F6E74"/>
          <w:rtl/>
        </w:rPr>
        <w:t>פתיחים: אני חושב/ת ש… | כי… | למשל…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center"/>
      </w:pPr>
      <w:r>
        <w:rPr>
          <w:rFonts w:ascii="Arial" w:hAnsi="Arial" w:cs="Arial"/>
          <w:b w:val="0"/>
          <w:color w:val="777777"/>
          <w:rtl/>
        </w:rPr>
        <w:t>- - - - - - - - - - - - - - - - - - - - - - - - - - - - - - - - - - - -</w:t>
      </w:r>
    </w:p>
    <w:p>
      <w:pPr>
        <w:bidi/>
        <w:pStyle w:val="Heading2"/>
        <w:jc w:val="right"/>
      </w:pPr>
      <w:r>
        <w:rPr>
          <w:rFonts w:ascii="Arial" w:hAnsi="Arial" w:cs="Arial"/>
          <w:b/>
          <w:bCs/>
          <w:color w:val="5B2A86"/>
          <w:sz w:val="39"/>
          <w:szCs w:val="39"/>
          <w:rtl/>
        </w:rPr>
        <w:t>כרטיס יציאה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סר פטריק ספנס · שם: 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1) דבר אחד שזכרתי מ"סר פטריק ספנס":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jc w:val="right"/>
      </w:pPr>
      <w:r>
        <w:rPr>
          <w:rFonts w:ascii="Arial" w:hAnsi="Arial" w:cs="Arial"/>
          <w:b w:val="0"/>
          <w:rtl/>
        </w:rPr>
        <w:t>2) דמות שאהבתי, ולמה: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p>
      <w:pPr>
        <w:bidi/>
        <w:spacing w:after="160"/>
        <w:jc w:val="right"/>
      </w:pPr>
      <w:r>
        <w:rPr>
          <w:rFonts w:ascii="Arial" w:hAnsi="Arial" w:cs="Arial"/>
          <w:b w:val="0"/>
          <w:color w:val="999999"/>
          <w:rtl/>
        </w:rPr>
        <w:t>______________________________________________</w:t>
      </w:r>
    </w:p>
    <w:sectPr w:rsidR="00FC693F" w:rsidRPr="0006063C" w:rsidSect="00034616">
      <w:footerReference w:type="default" r:id="rId9"/>
      <w:pgSz w:w="11906" w:h="16838"/>
      <w:pgMar w:top="794" w:right="794" w:bottom="794" w:left="794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rPr>
        <w:rFonts w:ascii="Arial" w:hAnsi="Arial" w:cs="Arial"/>
        <w:b w:val="0"/>
        <w:color w:val="666666"/>
        <w:sz w:val="18"/>
        <w:szCs w:val="18"/>
        <w:rtl/>
      </w:rPr>
      <w:t>יצרה: רוית ראש בן ישי · ספרות לכיתה ז׳ – מסע ביצירות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/>
      <w:sz w:val="32"/>
      <w:szCs w:val="32"/>
      <w:lang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cs="Arial" w:ascii="Arial" w:hAnsi="Arial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cs="Arial" w:ascii="Arial" w:hAnsi="Arial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cs="Arial" w:ascii="Arial" w:hAnsi="Arial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