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לורד רנדל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(צלופחים במרק) · 2–ב (דיאלוג בין אם ובן) · 3–ב (למה האהובה הרעילה אותו) · 4–א (אם ובן) · 5–ב (מיטה)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(האם – דואגת וקשובה) · 3–נכון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מן הציד ביער; הוא עייף ומבקש מאמו להציע לו את המיטה. | 2) אכל צלופחים במרק אצל אהובתו. | 3) שהכלבים של רנדל מתו – כנראה אכלו משאריות הארוחה.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3–ד · 4–ב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1–דיאלוג · 2–תפנית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השאלות והפזמון חוזרים כמעט זהים, אבל בכל בית נוסף פרט חדש ומאיים. החזרה גורמת לנו לחכות לגילוי, והמתח עולה עד שהאם אומרת את המילה "הורעלת".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7: בהתחלה היא נשמעת כמו עייפות אחרי ציד, ובהמשך מתבררת כסימן לחולשה ולמוות. אותה שורה מקבלת משמעות חדשה – וזה כוחה של החזרה.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8: תשובה פתוחה: האם קשובה, שואלת ומבינה; הבן חוזר אליה ברגעיו הקשים. זו תמונה של קשר עמוק ברגע של אובדן.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9: מחוון קצר: שמירה על פרטי העלילה (3), נקודת מבט עקבית (3), תיאור רגשות ומחשבות (2), לשון ופיסוק (2).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שאלה לדיון בכיתה: למה לדעתכם הבלדה הזאת שרדה מאות שנים ועדיין מושרת?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קשרו לשירים מוכרים עם פזמון ולשאלה מה גורם לשיר להיזכר.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לורד רנדל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לורד רנדל חוזר הביתה עייף מאוד, ואמו שואלת אותו היכן היה. הוא עונה שסעד אצל אהובתו ומבקש שתציע לו את מיטתו. האם שואלת מה אכל, והוא עונה: צלופחים במרק. היא שואלת מה קרה לכלביו, והוא עונה שהם מתו. האם מבינה – והוא מודה – שהורעל. בבתים האחרונים הוא מחלק את רכושו כצוואה, ומשאיר לאהובתו רק קללה.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אכל לורד רנדל?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לחם     ב. צלופחים במרק     ג. תפוחים     ד. בשר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מהו מבנה הבלדה?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סיפור עם מספר     ב. דיאלוג בין אם ובן     ג. מכתב     ד. נאום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לא מוסבר בבלדה?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מאיפה חזר     ב. למה האהובה הרעילה אותו     ג. מה אכל     ד. מי האם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מדבר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אם ובן     ב. שני חברים     ג. מלך ושר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מה ביקש הבן?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אוכל     ב. מיטה     ג. כסף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קראו כל צמד: דמות – תכונה. סמנו נכון או לא נכון. אם לא נכון – כתבו את התכונה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תיקון (אם לא נכון)</w:t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האהובה – מסתורית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– מסתורית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 – צעיר ותמים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במשפט או שניים.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מאיפה חוזר לורד רנדל ומה הוא מבקש?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אכל ואצל מי?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איזה פרט חושף לאם את האמת?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כל כלי ספרותי לדוגמה שלו מן היצירה. כתבו את האות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 מן היצירה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דיאלוג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כל הבלדה היא שיחה בין האם לבנה, בלי מספר; הדמויות חושפות את הסיפור בעצמן.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חזרות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הפרט על הכלבים המתים הופך את השיחה "הרגילה" לגילוי אסון.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מאפייני בלדה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שאלות באותו מבנה ופזמון "הציעי לי את המיטה" חוזרים בכל בית.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תפנית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סוף טרגי, פערים (למה הורעל?), עלילה שמתגלה בהדרגה ושורות שקל לשיר.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דובר   |   תפנית   |   דיאלוג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שיחה בין דמויות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רגע בעלילה שבו המצב משתנה באופן מפתיע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החזרה בבלדה בונה מתח?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7.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משמעות הבקשה החוזרת "הציעי לי את המיטה"?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8. שאלת הערכה – הביעו עמדה ונמקו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מגלה הבלדה על הקשר בין האם לבן?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9. משימת כתיבה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בית חדש לבלדה באותו מבנה (שאלה של האם, תשובה של הבן ושורת הפזמון), שממלא את הפער: למה האהובה עשתה זאת?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לורד רנדל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כתבו שני מאפיינים של בלדה ודוגמה לכל אחד מהבלדות שקראנו.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איזה פער בבלדה של היום הייתם רוצים "למלא" ואיך?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ההבדל בין בלדה עממית לבלדה ספרותית?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